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תואר ולהבדיל אותו משם עצם ומפועל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למצוא מילה שלא שייכת לקבוצה ולהסביר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נכון מילים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שייך? (בחירה מרובה)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 – שמח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שם תואר תמיד בא כדי לתאר דבר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ילד הוא שם עצם, לא 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סוגים שונים של שמות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לכתוב משפט שלם בלי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נראה סימן השווא בכתיב עם 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עם תרגול אפשר לקרוא נכון כל מילה עם שווא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שם תואר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שם עצם ושם תואר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(מתוק)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(חמוץ)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ותרגול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משפט הגיוני שמכיל את המילה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שמכיל את המילה שמיים בכתיב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כלב - גדול, חום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הוא שם של דבר, שם תואר מתאר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שם תואר תקין כמו גדול, שמח, אדום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שווא הן שתי נקודות מתחת לאות שמשפיעות על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תרגילי 'מי לא שייך' בעל פה בקבוצות קטנות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לפעילות הקריאה עם שווא כדאי להדגים קריאה בקול רם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שמות תואר – מילים שמתארות איך דבר נראה, מרגיש או מתנהג. נלמד גם למצוא מילה שלא שייכת לקבוצה, ונתרגל קריאה של מילים עם שווא.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לא שייך? (בחירה מרובה)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שונה מהשאר?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שונה מהשאר?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שונה מהשאר?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שונה מהשאר?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שונה מהשאר?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משולש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שונה מהשאר?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בינוני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איזו מילה שונה מהשאר?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איזו מילה שונה מהשאר?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חמוץ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מתאר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ילד היא שם תואר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יכול לתאר צבע, גודל או תחושה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משפט חייב להיות שם תואר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הוא סימן של שתי נקודות מתחת לאות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ללמוד לקרוא מילה עם שווא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שם תואר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הכלב __________ ורץ מהר בשטח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השלג __________ וקר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הילדה __________ כי קיבלה מתנה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התפוח __________ וטעים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הדובי הישן __________ ורך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שם עצם ושם תואר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חמוץ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לימון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ותרגול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שם התואר גדול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קראו בקול את המילה שְׁמַיִם וכתבו משפט קצר איתה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שם עצם וכתבו לידו שני שמות תואר מתאימים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שם עצם לשם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של שם תואר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שווא, ואיך הוא נראה בכתיב עם ניקוד?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לא שייך? – שמות תואר וקריאה עם 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