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שם תואר ולהבדיל אותו משם עצם ומפועל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למצוא מילה שלא שייכת לקבוצה ולהסביר למה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נכון מילים עם שווא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מי לא שייך? (בחירה מרובה)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ילד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רץ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ספר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7. ב – שולחן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8. ג – שמח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שם תואר תמיד בא כדי לתאר דבר 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ילד הוא שם עצם, לא תיאור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יש סוגים שונים של שמות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אפשר לכתוב משפט שלם בלי שם תואר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נראה סימן השווא בכתיב עם 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עם תרגול אפשר לקרוא נכון כל מילה עם שווא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מהיר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קטן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שם עצם ושם תואר מתאים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(חמה)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(מתוק)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(חמוץ)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ותרגול קריאה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כל משפט הגיוני שמכיל את המילה גדול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משפט שמכיל את המילה שמיים בכתיב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לדוגמה: כלב - גדול, חום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שם עצם הוא שם של דבר, שם תואר מתאר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שם תואר תקין כמו גדול, שמח, אדום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שווא הן שתי נקודות מתחת לאות שמשפיעות על הקריאה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את תרגילי 'מי לא שייך' בעל פה בקבוצות קטנות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לפעילות הקריאה עם שווא כדאי להדגים קריאה בקול רם לפני התרגול העצמאי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 (skip_n)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🧩 מי לא שייך? – שמות תואר וקריאה עם שווא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לא שייך? – שמות תואר וקריאה עם שווא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היום לומדים שם תואר. שם תואר מתאר איך דבר נראה, למשל: גדול, אדום, שמח. נמצא מילה שלא מתאימה לקבוצה, ונקרא מילים עם שווא.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תואר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שמתארת שם עצם, למשל: גדול, יפה, שמח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עצם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שהיא שם של דבר, אדם או מקום, למשל: ילד, שולחן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שווא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של שתי נקודות מתחת לאות, שמשפיע על הקריאה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קבוצה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מילים שיש ביניהן משהו משותף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שייך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שונה שלא מתאימה לשאר המילים בקבוצה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הברה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חלק קטן של מילה שנקרא בבת אחת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תחושה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מרגישים, למשל שמח, עצוב, כועס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גודל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כמה דבר גדול או קטן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מי לא שייך? (בחירה מרובה)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מצאו את המילה שהיא לא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יפה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מצאו את המילה שהיא פועל ולא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מצאו את שם העצם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מהיר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איטי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חזק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מצאו את המילה שהיא לא תחושה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עצוב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כועס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מצאו את מילת הצבע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מרובע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משולש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מצאו את מילת הצבע בקבוצת הגדלים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גדול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קטן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בינוני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7. מצאו את שם העצם בקבוצת החום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קר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פושר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8. מצאו את מילת התחושה בקבוצת הטעמים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מתוק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שמח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חמוץ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מתאר שם עצם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ילד היא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תואר יכול לתאר צבע, גודל או תחושה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משפט חייב להיות שם תואר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שווא הוא סימן של שתי נקודות מתחת לאות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 אפשר ללמוד לקרוא מילה עם שווא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הכלב __________ ורץ מהר בשטח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השלג __________ וקר מאוד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הילדה __________ כי קיבלה מתנה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התפוח __________ וטעים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הדובי הישן __________ ורך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שם עצם ושם תואר מתאים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שמש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קרח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מתוק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חמוץ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לימון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חמה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ותרגול קריאה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עם שם התואר גדול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קראו בקול את המילה שְׁמַיִם וכתבו משפט קצר איתה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בחרו שם עצם וכתבו לידו שני שמות תואר מתאימים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שם עצם לשם תואר?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דוגמה של שם תואר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שווא, ואיך הוא נראה בכתיב עם ניקוד?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לא שייך? – שמות תואר וקריאה עם שווא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